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ШАБЛОН СТАТЬИ ДЛЯ ЖУРНАЛА «СИСТЕМНЫЕ ТЕХНОЛОГИИ»</w:t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 w:val="0"/>
          <w:i/>
          <w:sz w:val="24"/>
        </w:rPr>
        <w:t>Перед подачей удалите все пояснения, выделенные квадратными скобками.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 w:val="0"/>
          <w:i w:val="0"/>
          <w:sz w:val="28"/>
        </w:rPr>
        <w:t>УДК [укажите код УДК]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/>
          <w:i w:val="0"/>
          <w:sz w:val="28"/>
        </w:rPr>
        <w:t>[Фамилия Имя Отчество автора 1]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[учёная степень, учёное звание, должность]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[кафедра / подразделение, организация, город, страна]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ORCID: [0000-0000-0000-0000]     E-mail: [author@example.com]</w:t>
      </w:r>
    </w:p>
    <w:p>
      <w:pPr>
        <w:spacing w:line="240" w:lineRule="auto" w:after="0"/>
        <w:ind w:firstLine="0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/>
          <w:i w:val="0"/>
          <w:sz w:val="28"/>
        </w:rPr>
        <w:t>[Фамилия Имя Отчество автора 2 — при наличии]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[учёная степень, учёное звание, должность]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[кафедра / подразделение, организация, город, страна]</w:t>
      </w:r>
    </w:p>
    <w:p>
      <w:pPr>
        <w:spacing w:line="240" w:lineRule="auto" w:after="0"/>
        <w:ind w:firstLine="0"/>
        <w:jc w:val="right"/>
      </w:pPr>
      <w:r>
        <w:rPr>
          <w:rFonts w:ascii="Times New Roman" w:hAnsi="Times New Roman" w:eastAsia="Times New Roman"/>
          <w:b w:val="0"/>
          <w:i w:val="0"/>
          <w:sz w:val="28"/>
        </w:rPr>
        <w:t>ORCID: [0000-0000-0000-0000]     E-mail: [author@example.com]</w:t>
      </w:r>
    </w:p>
    <w:p>
      <w:pPr>
        <w:spacing w:line="240" w:lineRule="auto" w:after="0"/>
        <w:ind w:firstLine="0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[НАЗВАНИЕ СТАТЬИ НА РУССКОМ ЯЗЫКЕ]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Аннотация. </w:t>
      </w:r>
      <w:r>
        <w:rPr>
          <w:rFonts w:ascii="Times New Roman" w:hAnsi="Times New Roman" w:eastAsia="Times New Roman"/>
          <w:b w:val="0"/>
          <w:i w:val="0"/>
          <w:sz w:val="28"/>
        </w:rPr>
        <w:t>[150–250 слов: актуальность, цель, методы, основные результаты, выводы.]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Ключевые слова: </w:t>
      </w:r>
      <w:r>
        <w:rPr>
          <w:rFonts w:ascii="Times New Roman" w:hAnsi="Times New Roman" w:eastAsia="Times New Roman"/>
          <w:b w:val="0"/>
          <w:i w:val="0"/>
          <w:sz w:val="28"/>
        </w:rPr>
        <w:t>[5–10 ключевых слов или словосочетаний.]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Финансирование: </w:t>
      </w:r>
      <w:r>
        <w:rPr>
          <w:rFonts w:ascii="Times New Roman" w:hAnsi="Times New Roman" w:eastAsia="Times New Roman"/>
          <w:b w:val="0"/>
          <w:i w:val="0"/>
          <w:sz w:val="28"/>
        </w:rPr>
        <w:t>[укажите источник финансирования либо: Исследование выполнено без финансовой поддержки.]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Конфликт интересов: </w:t>
      </w:r>
      <w:r>
        <w:rPr>
          <w:rFonts w:ascii="Times New Roman" w:hAnsi="Times New Roman" w:eastAsia="Times New Roman"/>
          <w:b w:val="0"/>
          <w:i w:val="0"/>
          <w:sz w:val="28"/>
        </w:rPr>
        <w:t>[Авторы заявляют об отсутствии конфликта интересов.]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ВВЕДЕНИЕ</w:t>
      </w:r>
    </w:p>
    <w:p>
      <w:pPr>
        <w:spacing w:line="360" w:lineRule="auto" w:after="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[Обоснуйте актуальность, сформулируйте проблему, цель и задачи исследования.]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МАТЕРИАЛЫ И МЕТОДЫ</w:t>
      </w:r>
    </w:p>
    <w:p>
      <w:pPr>
        <w:spacing w:line="360" w:lineRule="auto" w:after="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[Опишите объект исследования, исходные данные, оборудование, методы, нормативные документы, расчётные модели и обработку результатов.]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РЕЗУЛЬТАТЫ ИССЛЕДОВАНИЯ</w:t>
      </w:r>
    </w:p>
    <w:p>
      <w:pPr>
        <w:spacing w:line="360" w:lineRule="auto" w:after="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[Представьте результаты, таблицы, рисунки, расчёты и их анализ.]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ОБСУЖДЕНИЕ</w:t>
      </w:r>
    </w:p>
    <w:p>
      <w:pPr>
        <w:spacing w:line="360" w:lineRule="auto" w:after="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[Интерпретируйте результаты, сопоставьте их с литературными данными и укажите ограничения исследования.]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ЗАКЛЮЧЕНИЕ</w:t>
      </w:r>
    </w:p>
    <w:p>
      <w:pPr>
        <w:spacing w:line="360" w:lineRule="auto" w:after="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[Сформулируйте основные выводы, научную новизну и практическую значимость.]</w:t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Таблица 1 — [Название таблицы]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fill="D9EAF7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Показатель</w:t>
            </w:r>
          </w:p>
        </w:tc>
        <w:tc>
          <w:tcPr>
            <w:tcW w:type="dxa" w:w="3324"/>
            <w:vAlign w:val="center"/>
            <w:shd w:fill="D9EAF7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Вариант 1</w:t>
            </w:r>
          </w:p>
        </w:tc>
        <w:tc>
          <w:tcPr>
            <w:tcW w:type="dxa" w:w="3324"/>
            <w:vAlign w:val="center"/>
            <w:shd w:fill="D9EAF7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Вариант 2</w:t>
            </w:r>
          </w:p>
        </w:tc>
      </w:tr>
      <w:tr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</w:tr>
      <w:tr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  <w:tc>
          <w:tcPr>
            <w:tcW w:type="dxa" w:w="3324"/>
            <w:vAlign w:val="center"/>
          </w:tcPr>
          <w:p>
            <w:pPr>
              <w:spacing w:line="240" w:lineRule="auto"/>
              <w:ind w:firstLine="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[значение]</w:t>
            </w:r>
          </w:p>
        </w:tc>
      </w:tr>
    </w:tbl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Источник: составлено авторами.</w:t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Рисунок 1 — [Название рисунка]</w:t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 w:val="0"/>
          <w:i/>
          <w:sz w:val="24"/>
        </w:rPr>
        <w:t>[Вставьте рисунок, схему, график или фотографию. Рисунок должен быть чётким и иметь ссылку в тексте статьи.]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/>
          <w:i w:val="0"/>
          <w:sz w:val="28"/>
        </w:rPr>
        <w:t>Пример формулы:</w:t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f ≤ l / 267,                                                        (1)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СПИСОК ИСПОЛЬЗОВАННЫХ ИСТОЧНИКОВ</w:t>
      </w:r>
    </w:p>
    <w:p>
      <w:pPr>
        <w:spacing w:line="360" w:lineRule="auto" w:after="0"/>
        <w:ind w:firstLine="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[1] Фамилия И. О., Фамилия И. О. Название статьи // Название журнала. 2026. № 1. С. 00–00. DOI: 10.xxxx/xxxxx.</w:t>
      </w:r>
    </w:p>
    <w:p>
      <w:pPr>
        <w:spacing w:line="360" w:lineRule="auto" w:after="0"/>
        <w:ind w:firstLine="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[2] Фамилия И. О. Название книги. Москва: Издательство, 2026. 250 с.</w:t>
      </w:r>
    </w:p>
    <w:p>
      <w:pPr>
        <w:spacing w:line="360" w:lineRule="auto" w:after="0"/>
        <w:ind w:firstLine="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[3] Название электронного ресурса. URL: https://example.org (дата обращения: 01.01.2026).</w:t>
      </w:r>
    </w:p>
    <w:p>
      <w:pPr>
        <w:spacing w:line="36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ИНФОРМАЦИЯ ОБ АВТОРАХ НА АНГЛИЙСКОМ ЯЗЫКЕ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/>
          <w:i w:val="0"/>
          <w:sz w:val="28"/>
        </w:rPr>
        <w:t>[Author 1 Full Name]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 w:val="0"/>
          <w:i w:val="0"/>
          <w:sz w:val="28"/>
        </w:rPr>
        <w:t>[Academic degree, academic title, position]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 w:val="0"/>
          <w:i w:val="0"/>
          <w:sz w:val="28"/>
        </w:rPr>
        <w:t>[Department / Unit, Institution, City, Country]</w:t>
      </w:r>
    </w:p>
    <w:p>
      <w:pPr>
        <w:spacing w:line="240" w:lineRule="auto" w:after="0"/>
        <w:ind w:firstLine="0"/>
        <w:jc w:val="left"/>
      </w:pPr>
      <w:r>
        <w:rPr>
          <w:rFonts w:ascii="Times New Roman" w:hAnsi="Times New Roman" w:eastAsia="Times New Roman"/>
          <w:b w:val="0"/>
          <w:i w:val="0"/>
          <w:sz w:val="28"/>
        </w:rPr>
        <w:t>ORCID: [0000-0000-0000-0000]     E-mail: [author@example.com]</w:t>
      </w:r>
    </w:p>
    <w:p>
      <w:pPr>
        <w:spacing w:line="240" w:lineRule="auto" w:after="0"/>
        <w:ind w:firstLine="0"/>
      </w:pPr>
      <w:r>
        <w:rPr>
          <w:rFonts w:ascii="Times New Roman" w:hAnsi="Times New Roman" w:eastAsia="Times New Roman"/>
          <w:b w:val="0"/>
          <w:i w:val="0"/>
          <w:sz w:val="28"/>
        </w:rPr>
      </w:r>
    </w:p>
    <w:p>
      <w:pPr>
        <w:spacing w:line="240" w:lineRule="auto"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[ARTICLE TITLE IN ENGLISH]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Abstract. </w:t>
      </w:r>
      <w:r>
        <w:rPr>
          <w:rFonts w:ascii="Times New Roman" w:hAnsi="Times New Roman" w:eastAsia="Times New Roman"/>
          <w:b w:val="0"/>
          <w:i w:val="0"/>
          <w:sz w:val="28"/>
        </w:rPr>
        <w:t>[150–250 words: background, aim, methods, main results, and conclusions.]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Keywords: </w:t>
      </w:r>
      <w:r>
        <w:rPr>
          <w:rFonts w:ascii="Times New Roman" w:hAnsi="Times New Roman" w:eastAsia="Times New Roman"/>
          <w:b w:val="0"/>
          <w:i w:val="0"/>
          <w:sz w:val="28"/>
        </w:rPr>
        <w:t>[5–10 keywords or keyword phrases.]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Funding: </w:t>
      </w:r>
      <w:r>
        <w:rPr>
          <w:rFonts w:ascii="Times New Roman" w:hAnsi="Times New Roman" w:eastAsia="Times New Roman"/>
          <w:b w:val="0"/>
          <w:i w:val="0"/>
          <w:sz w:val="28"/>
        </w:rPr>
        <w:t>[State the funding source or: The study received no external funding.]</w:t>
      </w:r>
    </w:p>
    <w:p>
      <w:pPr>
        <w:spacing w:line="240" w:lineRule="auto"/>
        <w:ind w:firstLine="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 xml:space="preserve">Conflict of interest: </w:t>
      </w:r>
      <w:r>
        <w:rPr>
          <w:rFonts w:ascii="Times New Roman" w:hAnsi="Times New Roman" w:eastAsia="Times New Roman"/>
          <w:b w:val="0"/>
          <w:i w:val="0"/>
          <w:sz w:val="28"/>
        </w:rPr>
        <w:t>[The authors declare no conflict of interest.]</w:t>
      </w:r>
    </w:p>
    <w:p>
      <w:pPr>
        <w:spacing w:line="240" w:lineRule="auto" w:after="0"/>
        <w:ind w:firstLine="0"/>
        <w:jc w:val="both"/>
      </w:pPr>
      <w:r>
        <w:rPr>
          <w:rFonts w:ascii="Times New Roman" w:hAnsi="Times New Roman" w:eastAsia="Times New Roman"/>
          <w:b w:val="0"/>
          <w:i/>
          <w:sz w:val="24"/>
        </w:rPr>
        <w:t>Примечание: перед подачей удалите все текстовые подсказки в квадратных скобках и проверьте соответствие рукописи правилам для авторов.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20"/>
      </w:rPr>
      <w:t xml:space="preserve">Страница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